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Calibri" w:hAnsi="Calibri"/>
                <w:b/>
                <w:i w:val="0"/>
                <w:color w:val="0F2733"/>
                <w:sz w:val="30"/>
              </w:rPr>
              <w:t>_______________________ Auto Repair</w:t>
            </w:r>
          </w:p>
          <w:p>
            <w:r>
              <w:rPr>
                <w:rFonts w:ascii="Calibri" w:hAnsi="Calibri"/>
                <w:b w:val="0"/>
                <w:i w:val="0"/>
                <w:color w:val="0B7FA3"/>
                <w:sz w:val="17"/>
              </w:rPr>
              <w:t>Quick visual check for every vehicle that comes in — 10 minutes, one page</w:t>
            </w:r>
          </w:p>
        </w:tc>
        <w:tc>
          <w:tcPr>
            <w:tcW w:type="dxa" w:w="5256"/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6C757D"/>
                <w:sz w:val="17"/>
              </w:rPr>
              <w:t>Phone: ____________________</w:t>
              <w:br/>
              <w:t>Email: ____________________</w:t>
              <w:br/>
              <w:t>Address: __________________</w:t>
            </w:r>
          </w:p>
        </w:tc>
      </w:tr>
    </w:tbl>
    <w:p>
      <w:pPr>
        <w:jc w:val="center"/>
      </w:pPr>
      <w:r>
        <w:rPr>
          <w:rFonts w:ascii="Calibri" w:hAnsi="Calibri"/>
          <w:b/>
          <w:i w:val="0"/>
          <w:color w:val="0F2733"/>
          <w:sz w:val="28"/>
        </w:rPr>
        <w:t>20-POINT PRE-SERVICE CHECK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YEAR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MAKE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MODEL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VIN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LICENSE PLATE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MILEAGE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TECHNICIAN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DATE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RO #</w:t>
              <w:br/>
            </w:r>
          </w:p>
        </w:tc>
      </w:tr>
    </w:tbl>
    <w:p/>
    <w:p>
      <w:r>
        <w:rPr>
          <w:rFonts w:ascii="Calibri" w:hAnsi="Calibri"/>
          <w:b w:val="0"/>
          <w:i w:val="0"/>
          <w:color w:val="4CAF50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OK    </w:t>
      </w:r>
      <w:r>
        <w:rPr>
          <w:rFonts w:ascii="Calibri" w:hAnsi="Calibri"/>
          <w:b w:val="0"/>
          <w:i w:val="0"/>
          <w:color w:val="FFC107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Advise — recommend service    </w:t>
      </w:r>
      <w:r>
        <w:rPr>
          <w:rFonts w:ascii="Calibri" w:hAnsi="Calibri"/>
          <w:b w:val="0"/>
          <w:i w:val="0"/>
          <w:color w:val="F44336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>Urgent — safety concern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Inspection Item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OK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Advise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Urgent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Notes / Measurements</w:t>
            </w:r>
          </w:p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FLUIDS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1. Engine oil — level &amp; condition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2. Coolant — level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3. Brake fluid — level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4. Power steering fluid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5. Windshield washer fluid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UNDER HOOD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6. Battery — terminals &amp; hold-down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7. Engine air filter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8. Cabin air filter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9. Drive belt(s)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10. Hoses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VISIBILITY &amp; LIGHTS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11. Wiper blades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12. Headlights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13. Tail &amp; brake lights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14. Turn signals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15. Horn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TIRES &amp; BRAKES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16. Tire pressure — all four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17. Tread depth — all four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18. Brake pads — visual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19. Exhaust — visual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20. Leaks under vehicle — visual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</w:tbl>
    <w:p/>
    <w:p>
      <w:r>
        <w:rPr>
          <w:rFonts w:ascii="Calibri" w:hAnsi="Calibri"/>
          <w:b/>
          <w:i w:val="0"/>
          <w:color w:val="6C757D"/>
          <w:sz w:val="15"/>
        </w:rPr>
        <w:t>ADVISED ITEMS &amp; ESTIMATE GIVEN (Y / 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1247"/>
        </w:trPr>
        <w:tc>
          <w:tcPr>
            <w:tcW w:type="dxa" w:w="10512"/>
          </w:tcPr>
          <w:p/>
        </w:tc>
      </w:tr>
    </w:tbl>
    <w:p>
      <w:r>
        <w:rPr>
          <w:rFonts w:ascii="Calibri" w:hAnsi="Calibri"/>
          <w:b w:val="0"/>
          <w:i w:val="0"/>
          <w:sz w:val="17"/>
        </w:rPr>
        <w:t>Technician signature: ______________________          Customer signature: ______________________</w:t>
      </w:r>
    </w:p>
    <w:sectPr w:rsidR="00FC693F" w:rsidRPr="0006063C" w:rsidSect="00034616">
      <w:footerReference w:type="default" r:id="rId9"/>
      <w:pgSz w:w="12240" w:h="15840"/>
      <w:pgMar w:top="720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from garageauto.app  ·  Adapt it to your shop  ·  Not a substitute for state inspection requirements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