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Automotive Workshop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Quick visual check for every vehicle booked in: 10 minutes, one page. Not a roadworthy inspection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20-POINT VEHICLE HEALTH CHECK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REGO / STATE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ODOMETER (KM)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 (DD/MM/YYYY)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JOB NO.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OK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Advise — recommend service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Urgent — safety concern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Advise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Urgent</w:t>
            </w:r>
          </w:p>
        </w:tc>
        <w:tc>
          <w:tcPr>
            <w:tcW w:type="dxa" w:w="210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FLUIDS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1. Engine oil, level &amp; condition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2. Coolant, level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3. Brake fluid, level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4. Power steering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5. Windscreen washer fluid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UNDER BONNET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6. Battery, terminals &amp; clamp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7. Engine air filter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8. Cabin air filter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9. Drive belt(s)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10. Hoses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VISIBILITY &amp; LIGHTS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11. Wiper blades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12. Headlights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13. Tail &amp; brake lights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14. Indicators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15. Horn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10510"/>
            <w:gridSpan w:val="5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TYRES &amp; BRAKES</w:t>
            </w:r>
          </w:p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16. Tyre pressure, all four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17. Tread depth (mm), all four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18. Brake pads,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19. Exhaust,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  <w:tr>
        <w:tc>
          <w:tcPr>
            <w:tcW w:type="dxa" w:w="210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20. Leaks under vehicle, visual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210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ADVISED ITEMS &amp; QUOTE GIVEN (Y / 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1906" w:h="16838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garageauto.app/au  ·  Manage your job cards digitally  ·  A$54/month, 7 days free  ·  Not a substitute for a roadworthy inspection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