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Auto Repair Receipt</w:t>
      </w:r>
    </w:p>
    <w:p>
      <w:r>
        <w:rPr>
          <w:rFonts w:ascii="Calibri" w:hAnsi="Calibri"/>
          <w:b w:val="0"/>
          <w:i w:val="0"/>
          <w:color w:val="212529"/>
          <w:sz w:val="17"/>
        </w:rPr>
        <w:t>Shop Name &amp; Logo  |  Address  |  Phone  |  Email  |  Website  ·  paid in full</w:t>
      </w:r>
    </w:p>
    <w:p>
      <w:r>
        <w:rPr>
          <w:rFonts w:ascii="Calibri" w:hAnsi="Calibri"/>
          <w:b/>
          <w:i w:val="0"/>
          <w:color w:val="41AFEB"/>
          <w:sz w:val="17"/>
        </w:rPr>
        <w:t>RECEIPT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Receipt No.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Invoice / RO No.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Received by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CUSTOMER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Name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Phone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Email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Year / Make / Model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VIN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License Plate / State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Mileage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WORK PERFORMED (SUMMARY)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5184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184"/>
            <w:shd w:val="clear" w:color="auto" w:fill="ECF6FC"/>
          </w:tcPr>
          <w:p/>
        </w:tc>
        <w:tc>
          <w:tcPr>
            <w:tcW w:type="dxa" w:w="5184"/>
            <w:shd w:val="clear" w:color="auto" w:fill="ECF6FC"/>
          </w:tcPr>
          <w:p/>
        </w:tc>
      </w:tr>
      <w:tr>
        <w:tc>
          <w:tcPr>
            <w:tcW w:type="dxa" w:w="5184"/>
          </w:tcPr>
          <w:p/>
        </w:tc>
        <w:tc>
          <w:tcPr>
            <w:tcW w:type="dxa" w:w="5184"/>
          </w:tcPr>
          <w:p/>
        </w:tc>
      </w:tr>
      <w:tr>
        <w:tc>
          <w:tcPr>
            <w:tcW w:type="dxa" w:w="5184"/>
            <w:shd w:val="clear" w:color="auto" w:fill="ECF6FC"/>
          </w:tcPr>
          <w:p/>
        </w:tc>
        <w:tc>
          <w:tcPr>
            <w:tcW w:type="dxa" w:w="5184"/>
            <w:shd w:val="clear" w:color="auto" w:fill="ECF6FC"/>
          </w:tcPr>
          <w:p/>
        </w:tc>
      </w:tr>
      <w:tr>
        <w:tc>
          <w:tcPr>
            <w:tcW w:type="dxa" w:w="5184"/>
          </w:tcPr>
          <w:p/>
        </w:tc>
        <w:tc>
          <w:tcPr>
            <w:tcW w:type="dxa" w:w="5184"/>
          </w:tcPr>
          <w:p/>
        </w:tc>
      </w:tr>
      <w:tr>
        <w:tc>
          <w:tcPr>
            <w:tcW w:type="dxa" w:w="5184"/>
            <w:shd w:val="clear" w:color="auto" w:fill="ECF6FC"/>
          </w:tcPr>
          <w:p/>
        </w:tc>
        <w:tc>
          <w:tcPr>
            <w:tcW w:type="dxa" w:w="5184"/>
            <w:shd w:val="clear" w:color="auto" w:fill="ECF6FC"/>
          </w:tcPr>
          <w:p/>
        </w:tc>
      </w:tr>
      <w:tr>
        <w:tc>
          <w:tcPr>
            <w:tcW w:type="dxa" w:w="5184"/>
          </w:tcPr>
          <w:p/>
        </w:tc>
        <w:tc>
          <w:tcPr>
            <w:tcW w:type="dxa" w:w="5184"/>
          </w:tcPr>
          <w:p/>
        </w:tc>
      </w:tr>
      <w:tr>
        <w:tc>
          <w:tcPr>
            <w:tcW w:type="dxa" w:w="5184"/>
            <w:shd w:val="clear" w:color="auto" w:fill="ECF6FC"/>
          </w:tcPr>
          <w:p/>
        </w:tc>
        <w:tc>
          <w:tcPr>
            <w:tcW w:type="dxa" w:w="5184"/>
            <w:shd w:val="clear" w:color="auto" w:fill="ECF6FC"/>
          </w:tcPr>
          <w:p/>
        </w:tc>
      </w:tr>
    </w:tbl>
    <w:p>
      <w:pPr>
        <w:jc w:val="right"/>
      </w:pPr>
      <w:r>
        <w:rPr>
          <w:rFonts w:ascii="Calibri" w:hAnsi="Calibri"/>
          <w:b/>
          <w:i w:val="0"/>
          <w:sz w:val="18"/>
        </w:rPr>
        <w:t>Subtotal: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Sales tax: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Total: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Amount paid:  ____________</w:t>
      </w:r>
    </w:p>
    <w:p>
      <w:pPr>
        <w:jc w:val="right"/>
      </w:pPr>
      <w:r>
        <w:rPr>
          <w:rFonts w:ascii="Calibri" w:hAnsi="Calibri"/>
          <w:b/>
          <w:i w:val="0"/>
          <w:color w:val="41AFEB"/>
          <w:sz w:val="22"/>
        </w:rPr>
        <w:t>Balance Due ($0.00):  ____________</w:t>
      </w:r>
    </w:p>
    <w:p>
      <w:r>
        <w:rPr>
          <w:rFonts w:ascii="Calibri" w:hAnsi="Calibri"/>
          <w:b/>
          <w:i w:val="0"/>
          <w:color w:val="41AFEB"/>
          <w:sz w:val="17"/>
        </w:rPr>
        <w:t>PAYMENT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Method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Reference / last 4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paid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WARRANTY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Parts: ____ months / ____ miles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Labor: ____ months / ____ miles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Keep this receipt for warranty claims</w:t>
              <w:br/>
              <w:br/>
            </w:r>
          </w:p>
        </w:tc>
      </w:tr>
    </w:tbl>
    <w:p>
      <w:r>
        <w:rPr>
          <w:rFonts w:ascii="Calibri" w:hAnsi="Calibri"/>
          <w:b w:val="0"/>
          <w:i w:val="0"/>
          <w:sz w:val="15"/>
        </w:rPr>
        <w:t>Payment received in full for the work described above. Thank you for your business.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Shop Signature</w:t>
              <w:br/>
              <w:br/>
            </w:r>
          </w:p>
        </w:tc>
        <w:tc>
          <w:tcPr>
            <w:tcW w:type="dxa" w:w="518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  ·  Invoice straight from the repair order at garageauto.app  ·  from $39/mo, free trial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