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Front &amp; rear brake inspection with measurements, pads, discs, drums, hydraulics, road test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BRAKE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p>
      <w:r>
        <w:rPr>
          <w:rFonts w:ascii="Calibri" w:hAnsi="Calibri"/>
          <w:b w:val="0"/>
          <w:i/>
          <w:color w:val="6C757D"/>
          <w:sz w:val="15"/>
        </w:rPr>
        <w:t>Record pad thickness in mm. Many manufacturers call for replacement at 3 mm or less, check the spec for the vehicle.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FRONT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thickness, LF inner / outer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thickness, RF inner / outer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thickness, LF (mm) vs min spec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thickness, RF (mm) vs min spec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runout / scoring / heat spots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Calipers, leaks, slide pins, boots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hardware &amp; anti-rattle clips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REAR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/ shoe thickness, LR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Pad / shoe thickness, RR (mm)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thickness or drum diameter, LR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Disc thickness or drum diameter, RR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cylinders / calipers, leaks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Springs, adjusters &amp; hardware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Handbrake shoes (if separate)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HYDRAULICS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fluid, level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fluid, condition / moisture % (test strip)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Master cylinder, leaks, cap seal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lines, corrosion,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Flexible hoses, cracks, bulges, chafing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ABS module &amp; wheel speed sensors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PEDAL &amp; HANDBRAKE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Pedal height &amp; free play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Pedal feel, firm, no sinking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booster, vacuum / hydraulic assist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Handbrake, travel &amp; holds on incline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/ ABS warning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ROAD TEST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Stops straight, no pull left / right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No pulsation through pedal or wheel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No grinding, squeal or noise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ABS engages on hard stop (safe area)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MEASUREMENTS, SPECS USED, AND RECOMMENDED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