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Calibri" w:hAnsi="Calibri"/>
                <w:b/>
                <w:i w:val="0"/>
                <w:color w:val="0F2733"/>
                <w:sz w:val="30"/>
              </w:rPr>
              <w:t>_______________________ Automotive Workshop</w:t>
            </w:r>
          </w:p>
          <w:p>
            <w:r>
              <w:rPr>
                <w:rFonts w:ascii="Calibri" w:hAnsi="Calibri"/>
                <w:b w:val="0"/>
                <w:i w:val="0"/>
                <w:color w:val="0B7FA3"/>
                <w:sz w:val="17"/>
              </w:rPr>
              <w:t>Checks you can do yourself, and when to book the workshop</w:t>
            </w:r>
          </w:p>
        </w:tc>
        <w:tc>
          <w:tcPr>
            <w:tcW w:type="dxa" w:w="5256"/>
          </w:tcPr>
          <w:p>
            <w:pPr>
              <w:jc w:val="right"/>
            </w:pPr>
            <w:r>
              <w:rPr>
                <w:rFonts w:ascii="Calibri" w:hAnsi="Calibri"/>
                <w:b w:val="0"/>
                <w:i w:val="0"/>
                <w:color w:val="6C757D"/>
                <w:sz w:val="17"/>
              </w:rPr>
              <w:t>Phone: ____________________</w:t>
              <w:br/>
              <w:t>Email: ____________________</w:t>
              <w:br/>
              <w:t>Address: __________________</w:t>
            </w:r>
          </w:p>
        </w:tc>
      </w:tr>
    </w:tbl>
    <w:p>
      <w:pPr>
        <w:jc w:val="center"/>
      </w:pPr>
      <w:r>
        <w:rPr>
          <w:rFonts w:ascii="Calibri" w:hAnsi="Calibri"/>
          <w:b/>
          <w:i w:val="0"/>
          <w:color w:val="0F2733"/>
          <w:sz w:val="28"/>
        </w:rPr>
        <w:t>CAR MAINTENANCE CHECKLIST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YEAR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MAKE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MODEL</w:t>
              <w:br/>
            </w:r>
          </w:p>
        </w:tc>
      </w:tr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VIN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REGO / STATE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ODOMETER (KM)</w:t>
              <w:br/>
            </w:r>
          </w:p>
        </w:tc>
      </w:tr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TECHNICIAN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DATE (DD/MM/YYYY)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JOB NO.</w:t>
              <w:br/>
            </w:r>
          </w:p>
        </w:tc>
      </w:tr>
    </w:tbl>
    <w:p/>
    <w:p>
      <w:r>
        <w:rPr>
          <w:rFonts w:ascii="Calibri" w:hAnsi="Calibri"/>
          <w:b w:val="0"/>
          <w:i w:val="0"/>
          <w:color w:val="4CAF50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 xml:space="preserve">OK    </w:t>
      </w:r>
      <w:r>
        <w:rPr>
          <w:rFonts w:ascii="Calibri" w:hAnsi="Calibri"/>
          <w:b w:val="0"/>
          <w:i w:val="0"/>
          <w:color w:val="FFC107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 xml:space="preserve">Advise — recommend service    </w:t>
      </w:r>
      <w:r>
        <w:rPr>
          <w:rFonts w:ascii="Calibri" w:hAnsi="Calibri"/>
          <w:b w:val="0"/>
          <w:i w:val="0"/>
          <w:color w:val="F44336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>Urgent — safety concern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Inspection Item</w:t>
            </w:r>
          </w:p>
        </w:tc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OK</w:t>
            </w:r>
          </w:p>
        </w:tc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Check soon</w:t>
            </w:r>
          </w:p>
        </w:tc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Book in</w:t>
            </w:r>
          </w:p>
        </w:tc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Notes / Measurements</w:t>
            </w:r>
          </w:p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EVERY MONTH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Tyre pressures (incl. spare), set to door placard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Tread depth: 3 mm or more; replace at 1.5 mm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Engine oil level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Coolant level (cold engine)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Windscreen washer fluid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All lights &amp; indicators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Wiper blades, no streaking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EVERY 3 MONTHS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Brake fluid level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Power steering fluid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Battery terminals, clean, tight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Belts, no cracks or squeal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Hoses, no leaks or bulges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Air filter, visual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BEFORE A LONG TRIP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Tyres, pressure, tread, damage, spare &amp; jack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Oil &amp; coolant topped up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Brakes, no noise, pulling or soft pedal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Lights, horn, wipers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Roadside kit, first-aid, water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Service due? Check the sticker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BOOK THE WORKSHOP WHEN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Warning light stays on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Brake noise, pulsation or long pedal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Steering pulls or vibrates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Overheating or coolant loss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Oil on the driveway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Service interval reached (km or months)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</w:tbl>
    <w:p/>
    <w:p>
      <w:r>
        <w:rPr>
          <w:rFonts w:ascii="Calibri" w:hAnsi="Calibri"/>
          <w:b/>
          <w:i w:val="0"/>
          <w:color w:val="6C757D"/>
          <w:sz w:val="15"/>
        </w:rPr>
        <w:t>NOTES / QUESTIONS FOR THE WORKSHOP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1247"/>
        </w:trPr>
        <w:tc>
          <w:tcPr>
            <w:tcW w:type="dxa" w:w="10512"/>
          </w:tcPr>
          <w:p/>
        </w:tc>
      </w:tr>
    </w:tbl>
    <w:p>
      <w:r>
        <w:rPr>
          <w:rFonts w:ascii="Calibri" w:hAnsi="Calibri"/>
          <w:b w:val="0"/>
          <w:i w:val="0"/>
          <w:sz w:val="17"/>
        </w:rPr>
        <w:t>Technician signature: ______________________          Customer signature: ______________________</w:t>
      </w:r>
    </w:p>
    <w:sectPr w:rsidR="00FC693F" w:rsidRPr="0006063C" w:rsidSect="00034616">
      <w:footerReference w:type="default" r:id="rId9"/>
      <w:pgSz w:w="11906" w:h="16838"/>
      <w:pgMar w:top="720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/>
        <w:color w:val="6C757D"/>
        <w:sz w:val="14"/>
      </w:rPr>
      <w:t>Free checklist from garageauto.app/au  ·  Ask your workshop if anything here is unclear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