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41AFEB"/>
          <w:sz w:val="40"/>
        </w:rPr>
        <w:t>Job Card</w:t>
      </w:r>
    </w:p>
    <w:p>
      <w:r>
        <w:rPr>
          <w:rFonts w:ascii="Calibri" w:hAnsi="Calibri"/>
          <w:b w:val="0"/>
          <w:i w:val="0"/>
          <w:color w:val="212529"/>
          <w:sz w:val="17"/>
        </w:rPr>
        <w:t>Workshop name &amp; logo  |  Address  |  Phone  |  Email  |  ABN  ·  with additional-work authorisation</w:t>
      </w:r>
    </w:p>
    <w:p>
      <w:r>
        <w:rPr>
          <w:rFonts w:ascii="Calibri" w:hAnsi="Calibri"/>
          <w:b/>
          <w:i w:val="0"/>
          <w:color w:val="41AFEB"/>
          <w:sz w:val="17"/>
        </w:rPr>
        <w:t>JOB</w:t>
      </w:r>
    </w:p>
    <w:tbl>
      <w:tblPr>
        <w:tblStyle w:val="TableGrid"/>
        <w:tblW w:type="auto" w:w="0"/>
        <w:tblLook w:firstColumn="1" w:firstRow="1" w:lastColumn="0" w:lastRow="0" w:noHBand="0" w:noVBand="1" w:val="04A0"/>
      </w:tblPr>
      <w:tblGrid>
        <w:gridCol w:w="2508"/>
        <w:gridCol w:w="2508"/>
        <w:gridCol w:w="2508"/>
        <w:gridCol w:w="2508"/>
      </w:tblGrid>
      <w:tr>
        <w:tc>
          <w:tcPr>
            <w:tcW w:type="dxa" w:w="2508"/>
          </w:tcPr>
          <w:p>
            <w:r>
              <w:rPr>
                <w:rFonts w:ascii="Calibri" w:hAnsi="Calibri"/>
                <w:b w:val="0"/>
                <w:i w:val="0"/>
                <w:color w:val="6C757D"/>
                <w:sz w:val="14"/>
              </w:rPr>
              <w:t>Job No.</w:t>
              <w:br/>
              <w:br/>
            </w:r>
          </w:p>
        </w:tc>
        <w:tc>
          <w:tcPr>
            <w:tcW w:type="dxa" w:w="2508"/>
          </w:tcPr>
          <w:p>
            <w:r>
              <w:rPr>
                <w:rFonts w:ascii="Calibri" w:hAnsi="Calibri"/>
                <w:b w:val="0"/>
                <w:i w:val="0"/>
                <w:color w:val="6C757D"/>
                <w:sz w:val="14"/>
              </w:rPr>
              <w:t>Date in</w:t>
              <w:br/>
              <w:br/>
            </w:r>
          </w:p>
        </w:tc>
        <w:tc>
          <w:tcPr>
            <w:tcW w:type="dxa" w:w="2508"/>
          </w:tcPr>
          <w:p>
            <w:r>
              <w:rPr>
                <w:rFonts w:ascii="Calibri" w:hAnsi="Calibri"/>
                <w:b w:val="0"/>
                <w:i w:val="0"/>
                <w:color w:val="6C757D"/>
                <w:sz w:val="14"/>
              </w:rPr>
              <w:t>Promised date</w:t>
              <w:br/>
              <w:br/>
            </w:r>
          </w:p>
        </w:tc>
        <w:tc>
          <w:tcPr>
            <w:tcW w:type="dxa" w:w="2508"/>
          </w:tcPr>
          <w:p>
            <w:r>
              <w:rPr>
                <w:rFonts w:ascii="Calibri" w:hAnsi="Calibri"/>
                <w:b w:val="0"/>
                <w:i w:val="0"/>
                <w:color w:val="6C757D"/>
                <w:sz w:val="14"/>
              </w:rPr>
              <w:t>Booked in by</w:t>
              <w:br/>
              <w:br/>
            </w:r>
          </w:p>
        </w:tc>
      </w:tr>
    </w:tbl>
    <w:p>
      <w:r>
        <w:rPr>
          <w:rFonts w:ascii="Calibri" w:hAnsi="Calibri"/>
          <w:b/>
          <w:i w:val="0"/>
          <w:color w:val="41AFEB"/>
          <w:sz w:val="17"/>
        </w:rPr>
        <w:t>CUSTOMER</w:t>
      </w:r>
    </w:p>
    <w:tbl>
      <w:tblPr>
        <w:tblStyle w:val="TableGrid"/>
        <w:tblW w:type="auto" w:w="0"/>
        <w:tblLook w:firstColumn="1" w:firstRow="1" w:lastColumn="0" w:lastRow="0" w:noHBand="0" w:noVBand="1" w:val="04A0"/>
      </w:tblPr>
      <w:tblGrid>
        <w:gridCol w:w="3345"/>
        <w:gridCol w:w="3345"/>
        <w:gridCol w:w="3345"/>
      </w:tblGrid>
      <w:tr>
        <w:tc>
          <w:tcPr>
            <w:tcW w:type="dxa" w:w="3345"/>
          </w:tcPr>
          <w:p>
            <w:r>
              <w:rPr>
                <w:rFonts w:ascii="Calibri" w:hAnsi="Calibri"/>
                <w:b w:val="0"/>
                <w:i w:val="0"/>
                <w:color w:val="6C757D"/>
                <w:sz w:val="14"/>
              </w:rPr>
              <w:t>Customer name</w:t>
              <w:br/>
              <w:br/>
            </w:r>
          </w:p>
        </w:tc>
        <w:tc>
          <w:tcPr>
            <w:tcW w:type="dxa" w:w="3345"/>
          </w:tcPr>
          <w:p>
            <w:r>
              <w:rPr>
                <w:rFonts w:ascii="Calibri" w:hAnsi="Calibri"/>
                <w:b w:val="0"/>
                <w:i w:val="0"/>
                <w:color w:val="6C757D"/>
                <w:sz w:val="14"/>
              </w:rPr>
              <w:t>Mobile</w:t>
              <w:br/>
              <w:br/>
            </w:r>
          </w:p>
        </w:tc>
        <w:tc>
          <w:tcPr>
            <w:tcW w:type="dxa" w:w="3345"/>
          </w:tcPr>
          <w:p>
            <w:r>
              <w:rPr>
                <w:rFonts w:ascii="Calibri" w:hAnsi="Calibri"/>
                <w:b w:val="0"/>
                <w:i w:val="0"/>
                <w:color w:val="6C757D"/>
                <w:sz w:val="14"/>
              </w:rPr>
              <w:t>Email</w:t>
              <w:br/>
              <w:br/>
            </w:r>
          </w:p>
        </w:tc>
      </w:tr>
    </w:tbl>
    <w:tbl>
      <w:tblPr>
        <w:tblStyle w:val="TableGrid"/>
        <w:tblW w:type="auto" w:w="0"/>
        <w:tblLook w:firstColumn="1" w:firstRow="1" w:lastColumn="0" w:lastRow="0" w:noHBand="0" w:noVBand="1" w:val="04A0"/>
      </w:tblPr>
      <w:tblGrid>
        <w:gridCol w:w="3345"/>
        <w:gridCol w:w="3345"/>
        <w:gridCol w:w="3345"/>
      </w:tblGrid>
      <w:tr>
        <w:tc>
          <w:tcPr>
            <w:tcW w:type="dxa" w:w="3345"/>
          </w:tcPr>
          <w:p>
            <w:r>
              <w:rPr>
                <w:rFonts w:ascii="Calibri" w:hAnsi="Calibri"/>
                <w:b w:val="0"/>
                <w:i w:val="0"/>
                <w:color w:val="6C757D"/>
                <w:sz w:val="14"/>
              </w:rPr>
              <w:t>Preferred contact</w:t>
              <w:br/>
              <w:br/>
            </w:r>
          </w:p>
        </w:tc>
        <w:tc>
          <w:tcPr>
            <w:tcW w:type="dxa" w:w="3345"/>
          </w:tcPr>
          <w:p>
            <w:r>
              <w:rPr>
                <w:rFonts w:ascii="Calibri" w:hAnsi="Calibri"/>
                <w:b w:val="0"/>
                <w:i w:val="0"/>
                <w:color w:val="6C757D"/>
                <w:sz w:val="14"/>
              </w:rPr>
              <w:t>Best time to reach</w:t>
              <w:br/>
              <w:br/>
            </w:r>
          </w:p>
        </w:tc>
        <w:tc>
          <w:tcPr>
            <w:tcW w:type="dxa" w:w="3345"/>
          </w:tcPr>
          <w:p>
            <w:r>
              <w:rPr>
                <w:rFonts w:ascii="Calibri" w:hAnsi="Calibri"/>
                <w:b w:val="0"/>
                <w:i w:val="0"/>
                <w:color w:val="6C757D"/>
                <w:sz w:val="14"/>
              </w:rPr>
              <w:t>OK to text approvals? (Y/N)</w:t>
              <w:br/>
              <w:br/>
            </w:r>
          </w:p>
        </w:tc>
      </w:tr>
    </w:tbl>
    <w:p>
      <w:r>
        <w:rPr>
          <w:rFonts w:ascii="Calibri" w:hAnsi="Calibri"/>
          <w:b/>
          <w:i w:val="0"/>
          <w:color w:val="41AFEB"/>
          <w:sz w:val="17"/>
        </w:rPr>
        <w:t>VEHICLE</w:t>
      </w:r>
    </w:p>
    <w:tbl>
      <w:tblPr>
        <w:tblStyle w:val="TableGrid"/>
        <w:tblW w:type="auto" w:w="0"/>
        <w:tblLook w:firstColumn="1" w:firstRow="1" w:lastColumn="0" w:lastRow="0" w:noHBand="0" w:noVBand="1" w:val="04A0"/>
      </w:tblPr>
      <w:tblGrid>
        <w:gridCol w:w="2508"/>
        <w:gridCol w:w="2508"/>
        <w:gridCol w:w="2508"/>
        <w:gridCol w:w="2508"/>
      </w:tblGrid>
      <w:tr>
        <w:tc>
          <w:tcPr>
            <w:tcW w:type="dxa" w:w="2508"/>
          </w:tcPr>
          <w:p>
            <w:r>
              <w:rPr>
                <w:rFonts w:ascii="Calibri" w:hAnsi="Calibri"/>
                <w:b w:val="0"/>
                <w:i w:val="0"/>
                <w:color w:val="6C757D"/>
                <w:sz w:val="14"/>
              </w:rPr>
              <w:t>Year</w:t>
              <w:br/>
              <w:br/>
            </w:r>
          </w:p>
        </w:tc>
        <w:tc>
          <w:tcPr>
            <w:tcW w:type="dxa" w:w="2508"/>
          </w:tcPr>
          <w:p>
            <w:r>
              <w:rPr>
                <w:rFonts w:ascii="Calibri" w:hAnsi="Calibri"/>
                <w:b w:val="0"/>
                <w:i w:val="0"/>
                <w:color w:val="6C757D"/>
                <w:sz w:val="14"/>
              </w:rPr>
              <w:t>Make</w:t>
              <w:br/>
              <w:br/>
            </w:r>
          </w:p>
        </w:tc>
        <w:tc>
          <w:tcPr>
            <w:tcW w:type="dxa" w:w="2508"/>
          </w:tcPr>
          <w:p>
            <w:r>
              <w:rPr>
                <w:rFonts w:ascii="Calibri" w:hAnsi="Calibri"/>
                <w:b w:val="0"/>
                <w:i w:val="0"/>
                <w:color w:val="6C757D"/>
                <w:sz w:val="14"/>
              </w:rPr>
              <w:t>Model</w:t>
              <w:br/>
              <w:br/>
            </w:r>
          </w:p>
        </w:tc>
        <w:tc>
          <w:tcPr>
            <w:tcW w:type="dxa" w:w="2508"/>
          </w:tcPr>
          <w:p>
            <w:r>
              <w:rPr>
                <w:rFonts w:ascii="Calibri" w:hAnsi="Calibri"/>
                <w:b w:val="0"/>
                <w:i w:val="0"/>
                <w:color w:val="6C757D"/>
                <w:sz w:val="14"/>
              </w:rPr>
              <w:t>Colour</w:t>
              <w:br/>
              <w:br/>
            </w:r>
          </w:p>
        </w:tc>
      </w:tr>
    </w:tbl>
    <w:tbl>
      <w:tblPr>
        <w:tblStyle w:val="TableGrid"/>
        <w:tblW w:type="auto" w:w="0"/>
        <w:tblLook w:firstColumn="1" w:firstRow="1" w:lastColumn="0" w:lastRow="0" w:noHBand="0" w:noVBand="1" w:val="04A0"/>
      </w:tblPr>
      <w:tblGrid>
        <w:gridCol w:w="2508"/>
        <w:gridCol w:w="2508"/>
        <w:gridCol w:w="2508"/>
        <w:gridCol w:w="2508"/>
      </w:tblGrid>
      <w:tr>
        <w:tc>
          <w:tcPr>
            <w:tcW w:type="dxa" w:w="2508"/>
          </w:tcPr>
          <w:p>
            <w:r>
              <w:rPr>
                <w:rFonts w:ascii="Calibri" w:hAnsi="Calibri"/>
                <w:b w:val="0"/>
                <w:i w:val="0"/>
                <w:color w:val="6C757D"/>
                <w:sz w:val="14"/>
              </w:rPr>
              <w:t>Rego / State</w:t>
              <w:br/>
              <w:br/>
            </w:r>
          </w:p>
        </w:tc>
        <w:tc>
          <w:tcPr>
            <w:tcW w:type="dxa" w:w="2508"/>
          </w:tcPr>
          <w:p>
            <w:r>
              <w:rPr>
                <w:rFonts w:ascii="Calibri" w:hAnsi="Calibri"/>
                <w:b w:val="0"/>
                <w:i w:val="0"/>
                <w:color w:val="6C757D"/>
                <w:sz w:val="14"/>
              </w:rPr>
              <w:t>Odometer in (km)</w:t>
              <w:br/>
              <w:br/>
            </w:r>
          </w:p>
        </w:tc>
        <w:tc>
          <w:tcPr>
            <w:tcW w:type="dxa" w:w="2508"/>
          </w:tcPr>
          <w:p>
            <w:r>
              <w:rPr>
                <w:rFonts w:ascii="Calibri" w:hAnsi="Calibri"/>
                <w:b w:val="0"/>
                <w:i w:val="0"/>
                <w:color w:val="6C757D"/>
                <w:sz w:val="14"/>
              </w:rPr>
              <w:t>Fuel (E–F)</w:t>
              <w:br/>
              <w:br/>
            </w:r>
          </w:p>
        </w:tc>
        <w:tc>
          <w:tcPr>
            <w:tcW w:type="dxa" w:w="2508"/>
          </w:tcPr>
          <w:p>
            <w:r>
              <w:rPr>
                <w:rFonts w:ascii="Calibri" w:hAnsi="Calibri"/>
                <w:b w:val="0"/>
                <w:i w:val="0"/>
                <w:color w:val="6C757D"/>
                <w:sz w:val="14"/>
              </w:rPr>
              <w:t>Keys (qty)</w:t>
              <w:br/>
              <w:br/>
            </w:r>
          </w:p>
        </w:tc>
      </w:tr>
    </w:tbl>
    <w:p>
      <w:r>
        <w:rPr>
          <w:rFonts w:ascii="Calibri" w:hAnsi="Calibri"/>
          <w:b/>
          <w:i w:val="0"/>
          <w:color w:val="41AFEB"/>
          <w:sz w:val="17"/>
        </w:rPr>
        <w:t>CUSTOMER'S CONCERN</w:t>
      </w:r>
    </w:p>
    <w:tbl>
      <w:tblPr>
        <w:tblStyle w:val="TableGrid"/>
        <w:tblW w:type="auto" w:w="0"/>
        <w:tblLook w:firstColumn="1" w:firstRow="1" w:lastColumn="0" w:lastRow="0" w:noHBand="0" w:noVBand="1" w:val="04A0"/>
      </w:tblPr>
      <w:tblGrid>
        <w:gridCol w:w="10034"/>
      </w:tblGrid>
      <w:tr>
        <w:trPr>
          <w:trHeight w:val="397"/>
        </w:trPr>
        <w:tc>
          <w:tcPr>
            <w:tcW w:type="dxa" w:w="10034"/>
          </w:tcPr>
          <w:p/>
        </w:tc>
      </w:tr>
      <w:tr>
        <w:trPr>
          <w:trHeight w:val="397"/>
        </w:trPr>
        <w:tc>
          <w:tcPr>
            <w:tcW w:type="dxa" w:w="10034"/>
          </w:tcPr>
          <w:p/>
        </w:tc>
      </w:tr>
    </w:tbl>
    <w:p>
      <w:r>
        <w:rPr>
          <w:rFonts w:ascii="Calibri" w:hAnsi="Calibri"/>
          <w:b/>
          <w:i w:val="0"/>
          <w:color w:val="41AFEB"/>
          <w:sz w:val="17"/>
        </w:rPr>
        <w:t>ORIGINAL QUOTE (AUTHORISED AT BOOKING-IN)</w:t>
      </w:r>
    </w:p>
    <w:tbl>
      <w:tblPr>
        <w:tblStyle w:val="TableGrid"/>
        <w:tblW w:type="auto" w:w="0"/>
        <w:tblLook w:firstColumn="1" w:firstRow="1" w:lastColumn="0" w:lastRow="0" w:noHBand="0" w:noVBand="1" w:val="04A0"/>
      </w:tblPr>
      <w:tblGrid>
        <w:gridCol w:w="2508"/>
        <w:gridCol w:w="2508"/>
        <w:gridCol w:w="2508"/>
        <w:gridCol w:w="2508"/>
      </w:tblGrid>
      <w:tr>
        <w:tc>
          <w:tcPr>
            <w:tcW w:type="dxa" w:w="2508"/>
            <w:shd w:val="clear" w:color="auto" w:fill="41AFEB"/>
          </w:tcPr>
          <w:p>
            <w:r>
              <w:rPr>
                <w:rFonts w:ascii="Calibri" w:hAnsi="Calibri"/>
                <w:b/>
                <w:i w:val="0"/>
                <w:color w:val="FFFFFF"/>
                <w:sz w:val="16"/>
              </w:rPr>
              <w:t>Description</w:t>
            </w:r>
          </w:p>
        </w:tc>
        <w:tc>
          <w:tcPr>
            <w:tcW w:type="dxa" w:w="2508"/>
            <w:shd w:val="clear" w:color="auto" w:fill="41AFEB"/>
          </w:tcPr>
          <w:p>
            <w:r>
              <w:rPr>
                <w:rFonts w:ascii="Calibri" w:hAnsi="Calibri"/>
                <w:b/>
                <w:i w:val="0"/>
                <w:color w:val="FFFFFF"/>
                <w:sz w:val="16"/>
              </w:rPr>
              <w:t>Qty / Hrs</w:t>
            </w:r>
          </w:p>
        </w:tc>
        <w:tc>
          <w:tcPr>
            <w:tcW w:type="dxa" w:w="2508"/>
            <w:shd w:val="clear" w:color="auto" w:fill="41AFEB"/>
          </w:tcPr>
          <w:p>
            <w:r>
              <w:rPr>
                <w:rFonts w:ascii="Calibri" w:hAnsi="Calibri"/>
                <w:b/>
                <w:i w:val="0"/>
                <w:color w:val="FFFFFF"/>
                <w:sz w:val="16"/>
              </w:rPr>
              <w:t>Rate</w:t>
            </w:r>
          </w:p>
        </w:tc>
        <w:tc>
          <w:tcPr>
            <w:tcW w:type="dxa" w:w="2508"/>
            <w:shd w:val="clear" w:color="auto" w:fill="41AFEB"/>
          </w:tcPr>
          <w:p>
            <w:r>
              <w:rPr>
                <w:rFonts w:ascii="Calibri" w:hAnsi="Calibri"/>
                <w:b/>
                <w:i w:val="0"/>
                <w:color w:val="FFFFFF"/>
                <w:sz w:val="16"/>
              </w:rPr>
              <w:t>Amount</w:t>
            </w:r>
          </w:p>
        </w:tc>
      </w:tr>
      <w:tr>
        <w:tc>
          <w:tcPr>
            <w:tcW w:type="dxa" w:w="2508"/>
            <w:shd w:val="clear" w:color="auto" w:fill="ECF6FC"/>
          </w:tcPr>
          <w:p/>
        </w:tc>
        <w:tc>
          <w:tcPr>
            <w:tcW w:type="dxa" w:w="2508"/>
            <w:shd w:val="clear" w:color="auto" w:fill="ECF6FC"/>
          </w:tcPr>
          <w:p/>
        </w:tc>
        <w:tc>
          <w:tcPr>
            <w:tcW w:type="dxa" w:w="2508"/>
            <w:shd w:val="clear" w:color="auto" w:fill="ECF6FC"/>
          </w:tcPr>
          <w:p/>
        </w:tc>
        <w:tc>
          <w:tcPr>
            <w:tcW w:type="dxa" w:w="2508"/>
            <w:shd w:val="clear" w:color="auto" w:fill="ECF6FC"/>
          </w:tcPr>
          <w:p/>
        </w:tc>
      </w:tr>
      <w:tr>
        <w:tc>
          <w:tcPr>
            <w:tcW w:type="dxa" w:w="2508"/>
          </w:tcPr>
          <w:p/>
        </w:tc>
        <w:tc>
          <w:tcPr>
            <w:tcW w:type="dxa" w:w="2508"/>
          </w:tcPr>
          <w:p/>
        </w:tc>
        <w:tc>
          <w:tcPr>
            <w:tcW w:type="dxa" w:w="2508"/>
          </w:tcPr>
          <w:p/>
        </w:tc>
        <w:tc>
          <w:tcPr>
            <w:tcW w:type="dxa" w:w="2508"/>
          </w:tcPr>
          <w:p/>
        </w:tc>
      </w:tr>
      <w:tr>
        <w:tc>
          <w:tcPr>
            <w:tcW w:type="dxa" w:w="2508"/>
            <w:shd w:val="clear" w:color="auto" w:fill="ECF6FC"/>
          </w:tcPr>
          <w:p/>
        </w:tc>
        <w:tc>
          <w:tcPr>
            <w:tcW w:type="dxa" w:w="2508"/>
            <w:shd w:val="clear" w:color="auto" w:fill="ECF6FC"/>
          </w:tcPr>
          <w:p/>
        </w:tc>
        <w:tc>
          <w:tcPr>
            <w:tcW w:type="dxa" w:w="2508"/>
            <w:shd w:val="clear" w:color="auto" w:fill="ECF6FC"/>
          </w:tcPr>
          <w:p/>
        </w:tc>
        <w:tc>
          <w:tcPr>
            <w:tcW w:type="dxa" w:w="2508"/>
            <w:shd w:val="clear" w:color="auto" w:fill="ECF6FC"/>
          </w:tcPr>
          <w:p/>
        </w:tc>
      </w:tr>
      <w:tr>
        <w:tc>
          <w:tcPr>
            <w:tcW w:type="dxa" w:w="2508"/>
          </w:tcPr>
          <w:p/>
        </w:tc>
        <w:tc>
          <w:tcPr>
            <w:tcW w:type="dxa" w:w="2508"/>
          </w:tcPr>
          <w:p/>
        </w:tc>
        <w:tc>
          <w:tcPr>
            <w:tcW w:type="dxa" w:w="2508"/>
          </w:tcPr>
          <w:p/>
        </w:tc>
        <w:tc>
          <w:tcPr>
            <w:tcW w:type="dxa" w:w="2508"/>
          </w:tcPr>
          <w:p/>
        </w:tc>
      </w:tr>
      <w:tr>
        <w:tc>
          <w:tcPr>
            <w:tcW w:type="dxa" w:w="2508"/>
            <w:shd w:val="clear" w:color="auto" w:fill="ECF6FC"/>
          </w:tcPr>
          <w:p/>
        </w:tc>
        <w:tc>
          <w:tcPr>
            <w:tcW w:type="dxa" w:w="2508"/>
            <w:shd w:val="clear" w:color="auto" w:fill="ECF6FC"/>
          </w:tcPr>
          <w:p/>
        </w:tc>
        <w:tc>
          <w:tcPr>
            <w:tcW w:type="dxa" w:w="2508"/>
            <w:shd w:val="clear" w:color="auto" w:fill="ECF6FC"/>
          </w:tcPr>
          <w:p/>
        </w:tc>
        <w:tc>
          <w:tcPr>
            <w:tcW w:type="dxa" w:w="2508"/>
            <w:shd w:val="clear" w:color="auto" w:fill="ECF6FC"/>
          </w:tcPr>
          <w:p/>
        </w:tc>
      </w:tr>
      <w:tr>
        <w:tc>
          <w:tcPr>
            <w:tcW w:type="dxa" w:w="2508"/>
          </w:tcPr>
          <w:p/>
        </w:tc>
        <w:tc>
          <w:tcPr>
            <w:tcW w:type="dxa" w:w="2508"/>
          </w:tcPr>
          <w:p/>
        </w:tc>
        <w:tc>
          <w:tcPr>
            <w:tcW w:type="dxa" w:w="2508"/>
          </w:tcPr>
          <w:p/>
        </w:tc>
        <w:tc>
          <w:tcPr>
            <w:tcW w:type="dxa" w:w="2508"/>
          </w:tcPr>
          <w:p/>
        </w:tc>
      </w:tr>
    </w:tbl>
    <w:tbl>
      <w:tblPr>
        <w:tblStyle w:val="TableGrid"/>
        <w:tblW w:type="auto" w:w="0"/>
        <w:tblLook w:firstColumn="1" w:firstRow="1" w:lastColumn="0" w:lastRow="0" w:noHBand="0" w:noVBand="1" w:val="04A0"/>
      </w:tblPr>
      <w:tblGrid>
        <w:gridCol w:w="3345"/>
        <w:gridCol w:w="3345"/>
        <w:gridCol w:w="3345"/>
      </w:tblGrid>
      <w:tr>
        <w:tc>
          <w:tcPr>
            <w:tcW w:type="dxa" w:w="3345"/>
          </w:tcPr>
          <w:p>
            <w:r>
              <w:rPr>
                <w:rFonts w:ascii="Calibri" w:hAnsi="Calibri"/>
                <w:b w:val="0"/>
                <w:i w:val="0"/>
                <w:color w:val="6C757D"/>
                <w:sz w:val="14"/>
              </w:rPr>
              <w:t>Original quote total inc. GST  $</w:t>
              <w:br/>
              <w:br/>
            </w:r>
          </w:p>
        </w:tc>
        <w:tc>
          <w:tcPr>
            <w:tcW w:type="dxa" w:w="3345"/>
          </w:tcPr>
          <w:p>
            <w:r>
              <w:rPr>
                <w:rFonts w:ascii="Calibri" w:hAnsi="Calibri"/>
                <w:b w:val="0"/>
                <w:i w:val="0"/>
                <w:color w:val="6C757D"/>
                <w:sz w:val="14"/>
              </w:rPr>
              <w:t>Customer signature</w:t>
              <w:br/>
              <w:br/>
            </w:r>
          </w:p>
        </w:tc>
        <w:tc>
          <w:tcPr>
            <w:tcW w:type="dxa" w:w="3345"/>
          </w:tcPr>
          <w:p>
            <w:r>
              <w:rPr>
                <w:rFonts w:ascii="Calibri" w:hAnsi="Calibri"/>
                <w:b w:val="0"/>
                <w:i w:val="0"/>
                <w:color w:val="6C757D"/>
                <w:sz w:val="14"/>
              </w:rPr>
              <w:t>Date / time</w:t>
              <w:br/>
              <w:br/>
            </w:r>
          </w:p>
        </w:tc>
      </w:tr>
    </w:tbl>
    <w:p>
      <w:r>
        <w:br w:type="page"/>
      </w:r>
    </w:p>
    <w:p>
      <w:r>
        <w:rPr>
          <w:rFonts w:ascii="Calibri" w:hAnsi="Calibri"/>
          <w:b/>
          <w:i w:val="0"/>
          <w:color w:val="41AFEB"/>
          <w:sz w:val="17"/>
        </w:rPr>
        <w:t>ADDITIONAL WORK FOUND DURING THE JOB</w:t>
      </w:r>
    </w:p>
    <w:p>
      <w:r>
        <w:rPr>
          <w:rFonts w:ascii="Calibri" w:hAnsi="Calibri"/>
          <w:b w:val="0"/>
          <w:i w:val="0"/>
          <w:sz w:val="15"/>
        </w:rPr>
        <w:t>Work not on the original quote needs the customer's approval BEFORE it is carried out. Record what was found, the added cost inc. GST, and how and when the customer approved it.</w:t>
      </w:r>
    </w:p>
    <w:p>
      <w:r>
        <w:rPr>
          <w:rFonts w:ascii="Calibri" w:hAnsi="Calibri"/>
          <w:b/>
          <w:i w:val="0"/>
          <w:color w:val="41AFEB"/>
          <w:sz w:val="17"/>
        </w:rPr>
        <w:t>ADDITIONAL ITEM 1</w:t>
      </w:r>
    </w:p>
    <w:tbl>
      <w:tblPr>
        <w:tblStyle w:val="TableGrid"/>
        <w:tblW w:type="auto" w:w="0"/>
        <w:tblLook w:firstColumn="1" w:firstRow="1" w:lastColumn="0" w:lastRow="0" w:noHBand="0" w:noVBand="1" w:val="04A0"/>
      </w:tblPr>
      <w:tblGrid>
        <w:gridCol w:w="10034"/>
      </w:tblGrid>
      <w:tr>
        <w:trPr>
          <w:trHeight w:val="397"/>
        </w:trPr>
        <w:tc>
          <w:tcPr>
            <w:tcW w:type="dxa" w:w="10034"/>
          </w:tcPr>
          <w:p/>
        </w:tc>
      </w:tr>
    </w:tbl>
    <w:tbl>
      <w:tblPr>
        <w:tblStyle w:val="TableGrid"/>
        <w:tblW w:type="auto" w:w="0"/>
        <w:tblLook w:firstColumn="1" w:firstRow="1" w:lastColumn="0" w:lastRow="0" w:noHBand="0" w:noVBand="1" w:val="04A0"/>
      </w:tblPr>
      <w:tblGrid>
        <w:gridCol w:w="2007"/>
        <w:gridCol w:w="2007"/>
        <w:gridCol w:w="2007"/>
        <w:gridCol w:w="2007"/>
        <w:gridCol w:w="2007"/>
      </w:tblGrid>
      <w:tr>
        <w:tc>
          <w:tcPr>
            <w:tcW w:type="dxa" w:w="2007"/>
          </w:tcPr>
          <w:p>
            <w:r>
              <w:rPr>
                <w:rFonts w:ascii="Calibri" w:hAnsi="Calibri"/>
                <w:b w:val="0"/>
                <w:i w:val="0"/>
                <w:color w:val="6C757D"/>
                <w:sz w:val="14"/>
              </w:rPr>
              <w:t>Added cost inc. GST  $</w:t>
              <w:br/>
              <w:br/>
            </w:r>
          </w:p>
        </w:tc>
        <w:tc>
          <w:tcPr>
            <w:tcW w:type="dxa" w:w="2007"/>
          </w:tcPr>
          <w:p>
            <w:r>
              <w:rPr>
                <w:rFonts w:ascii="Calibri" w:hAnsi="Calibri"/>
                <w:b w:val="0"/>
                <w:i w:val="0"/>
                <w:color w:val="6C757D"/>
                <w:sz w:val="14"/>
              </w:rPr>
              <w:t>New total  $</w:t>
              <w:br/>
              <w:br/>
            </w:r>
          </w:p>
        </w:tc>
        <w:tc>
          <w:tcPr>
            <w:tcW w:type="dxa" w:w="2007"/>
          </w:tcPr>
          <w:p>
            <w:r>
              <w:rPr>
                <w:rFonts w:ascii="Calibri" w:hAnsi="Calibri"/>
                <w:b w:val="0"/>
                <w:i w:val="0"/>
                <w:color w:val="6C757D"/>
                <w:sz w:val="14"/>
              </w:rPr>
              <w:t>Approved by</w:t>
              <w:br/>
              <w:br/>
            </w:r>
          </w:p>
        </w:tc>
        <w:tc>
          <w:tcPr>
            <w:tcW w:type="dxa" w:w="2007"/>
          </w:tcPr>
          <w:p>
            <w:r>
              <w:rPr>
                <w:rFonts w:ascii="Calibri" w:hAnsi="Calibri"/>
                <w:b w:val="0"/>
                <w:i w:val="0"/>
                <w:color w:val="6C757D"/>
                <w:sz w:val="14"/>
              </w:rPr>
              <w:t>Method: call / SMS / email / in person</w:t>
              <w:br/>
              <w:br/>
            </w:r>
          </w:p>
        </w:tc>
        <w:tc>
          <w:tcPr>
            <w:tcW w:type="dxa" w:w="2007"/>
          </w:tcPr>
          <w:p>
            <w:r>
              <w:rPr>
                <w:rFonts w:ascii="Calibri" w:hAnsi="Calibri"/>
                <w:b w:val="0"/>
                <w:i w:val="0"/>
                <w:color w:val="6C757D"/>
                <w:sz w:val="14"/>
              </w:rPr>
              <w:t>Date &amp; time</w:t>
              <w:br/>
              <w:br/>
            </w:r>
          </w:p>
        </w:tc>
      </w:tr>
    </w:tbl>
    <w:p>
      <w:r>
        <w:rPr>
          <w:rFonts w:ascii="Calibri" w:hAnsi="Calibri"/>
          <w:b/>
          <w:i w:val="0"/>
          <w:color w:val="41AFEB"/>
          <w:sz w:val="17"/>
        </w:rPr>
        <w:t>ADDITIONAL ITEM 2</w:t>
      </w:r>
    </w:p>
    <w:tbl>
      <w:tblPr>
        <w:tblStyle w:val="TableGrid"/>
        <w:tblW w:type="auto" w:w="0"/>
        <w:tblLook w:firstColumn="1" w:firstRow="1" w:lastColumn="0" w:lastRow="0" w:noHBand="0" w:noVBand="1" w:val="04A0"/>
      </w:tblPr>
      <w:tblGrid>
        <w:gridCol w:w="10034"/>
      </w:tblGrid>
      <w:tr>
        <w:trPr>
          <w:trHeight w:val="397"/>
        </w:trPr>
        <w:tc>
          <w:tcPr>
            <w:tcW w:type="dxa" w:w="10034"/>
          </w:tcPr>
          <w:p/>
        </w:tc>
      </w:tr>
    </w:tbl>
    <w:tbl>
      <w:tblPr>
        <w:tblStyle w:val="TableGrid"/>
        <w:tblW w:type="auto" w:w="0"/>
        <w:tblLook w:firstColumn="1" w:firstRow="1" w:lastColumn="0" w:lastRow="0" w:noHBand="0" w:noVBand="1" w:val="04A0"/>
      </w:tblPr>
      <w:tblGrid>
        <w:gridCol w:w="2007"/>
        <w:gridCol w:w="2007"/>
        <w:gridCol w:w="2007"/>
        <w:gridCol w:w="2007"/>
        <w:gridCol w:w="2007"/>
      </w:tblGrid>
      <w:tr>
        <w:tc>
          <w:tcPr>
            <w:tcW w:type="dxa" w:w="2007"/>
          </w:tcPr>
          <w:p>
            <w:r>
              <w:rPr>
                <w:rFonts w:ascii="Calibri" w:hAnsi="Calibri"/>
                <w:b w:val="0"/>
                <w:i w:val="0"/>
                <w:color w:val="6C757D"/>
                <w:sz w:val="14"/>
              </w:rPr>
              <w:t>Added cost inc. GST  $</w:t>
              <w:br/>
              <w:br/>
            </w:r>
          </w:p>
        </w:tc>
        <w:tc>
          <w:tcPr>
            <w:tcW w:type="dxa" w:w="2007"/>
          </w:tcPr>
          <w:p>
            <w:r>
              <w:rPr>
                <w:rFonts w:ascii="Calibri" w:hAnsi="Calibri"/>
                <w:b w:val="0"/>
                <w:i w:val="0"/>
                <w:color w:val="6C757D"/>
                <w:sz w:val="14"/>
              </w:rPr>
              <w:t>New total  $</w:t>
              <w:br/>
              <w:br/>
            </w:r>
          </w:p>
        </w:tc>
        <w:tc>
          <w:tcPr>
            <w:tcW w:type="dxa" w:w="2007"/>
          </w:tcPr>
          <w:p>
            <w:r>
              <w:rPr>
                <w:rFonts w:ascii="Calibri" w:hAnsi="Calibri"/>
                <w:b w:val="0"/>
                <w:i w:val="0"/>
                <w:color w:val="6C757D"/>
                <w:sz w:val="14"/>
              </w:rPr>
              <w:t>Approved by</w:t>
              <w:br/>
              <w:br/>
            </w:r>
          </w:p>
        </w:tc>
        <w:tc>
          <w:tcPr>
            <w:tcW w:type="dxa" w:w="2007"/>
          </w:tcPr>
          <w:p>
            <w:r>
              <w:rPr>
                <w:rFonts w:ascii="Calibri" w:hAnsi="Calibri"/>
                <w:b w:val="0"/>
                <w:i w:val="0"/>
                <w:color w:val="6C757D"/>
                <w:sz w:val="14"/>
              </w:rPr>
              <w:t>Method: call / SMS / email / in person</w:t>
              <w:br/>
              <w:br/>
            </w:r>
          </w:p>
        </w:tc>
        <w:tc>
          <w:tcPr>
            <w:tcW w:type="dxa" w:w="2007"/>
          </w:tcPr>
          <w:p>
            <w:r>
              <w:rPr>
                <w:rFonts w:ascii="Calibri" w:hAnsi="Calibri"/>
                <w:b w:val="0"/>
                <w:i w:val="0"/>
                <w:color w:val="6C757D"/>
                <w:sz w:val="14"/>
              </w:rPr>
              <w:t>Date &amp; time</w:t>
              <w:br/>
              <w:br/>
            </w:r>
          </w:p>
        </w:tc>
      </w:tr>
    </w:tbl>
    <w:p>
      <w:r>
        <w:rPr>
          <w:rFonts w:ascii="Calibri" w:hAnsi="Calibri"/>
          <w:b/>
          <w:i w:val="0"/>
          <w:color w:val="41AFEB"/>
          <w:sz w:val="17"/>
        </w:rPr>
        <w:t>ADDITIONAL ITEM 3</w:t>
      </w:r>
    </w:p>
    <w:tbl>
      <w:tblPr>
        <w:tblStyle w:val="TableGrid"/>
        <w:tblW w:type="auto" w:w="0"/>
        <w:tblLook w:firstColumn="1" w:firstRow="1" w:lastColumn="0" w:lastRow="0" w:noHBand="0" w:noVBand="1" w:val="04A0"/>
      </w:tblPr>
      <w:tblGrid>
        <w:gridCol w:w="10034"/>
      </w:tblGrid>
      <w:tr>
        <w:trPr>
          <w:trHeight w:val="397"/>
        </w:trPr>
        <w:tc>
          <w:tcPr>
            <w:tcW w:type="dxa" w:w="10034"/>
          </w:tcPr>
          <w:p/>
        </w:tc>
      </w:tr>
    </w:tbl>
    <w:tbl>
      <w:tblPr>
        <w:tblStyle w:val="TableGrid"/>
        <w:tblW w:type="auto" w:w="0"/>
        <w:tblLook w:firstColumn="1" w:firstRow="1" w:lastColumn="0" w:lastRow="0" w:noHBand="0" w:noVBand="1" w:val="04A0"/>
      </w:tblPr>
      <w:tblGrid>
        <w:gridCol w:w="2007"/>
        <w:gridCol w:w="2007"/>
        <w:gridCol w:w="2007"/>
        <w:gridCol w:w="2007"/>
        <w:gridCol w:w="2007"/>
      </w:tblGrid>
      <w:tr>
        <w:tc>
          <w:tcPr>
            <w:tcW w:type="dxa" w:w="2007"/>
          </w:tcPr>
          <w:p>
            <w:r>
              <w:rPr>
                <w:rFonts w:ascii="Calibri" w:hAnsi="Calibri"/>
                <w:b w:val="0"/>
                <w:i w:val="0"/>
                <w:color w:val="6C757D"/>
                <w:sz w:val="14"/>
              </w:rPr>
              <w:t>Added cost inc. GST  $</w:t>
              <w:br/>
              <w:br/>
            </w:r>
          </w:p>
        </w:tc>
        <w:tc>
          <w:tcPr>
            <w:tcW w:type="dxa" w:w="2007"/>
          </w:tcPr>
          <w:p>
            <w:r>
              <w:rPr>
                <w:rFonts w:ascii="Calibri" w:hAnsi="Calibri"/>
                <w:b w:val="0"/>
                <w:i w:val="0"/>
                <w:color w:val="6C757D"/>
                <w:sz w:val="14"/>
              </w:rPr>
              <w:t>New total  $</w:t>
              <w:br/>
              <w:br/>
            </w:r>
          </w:p>
        </w:tc>
        <w:tc>
          <w:tcPr>
            <w:tcW w:type="dxa" w:w="2007"/>
          </w:tcPr>
          <w:p>
            <w:r>
              <w:rPr>
                <w:rFonts w:ascii="Calibri" w:hAnsi="Calibri"/>
                <w:b w:val="0"/>
                <w:i w:val="0"/>
                <w:color w:val="6C757D"/>
                <w:sz w:val="14"/>
              </w:rPr>
              <w:t>Approved by</w:t>
              <w:br/>
              <w:br/>
            </w:r>
          </w:p>
        </w:tc>
        <w:tc>
          <w:tcPr>
            <w:tcW w:type="dxa" w:w="2007"/>
          </w:tcPr>
          <w:p>
            <w:r>
              <w:rPr>
                <w:rFonts w:ascii="Calibri" w:hAnsi="Calibri"/>
                <w:b w:val="0"/>
                <w:i w:val="0"/>
                <w:color w:val="6C757D"/>
                <w:sz w:val="14"/>
              </w:rPr>
              <w:t>Method: call / SMS / email / in person</w:t>
              <w:br/>
              <w:br/>
            </w:r>
          </w:p>
        </w:tc>
        <w:tc>
          <w:tcPr>
            <w:tcW w:type="dxa" w:w="2007"/>
          </w:tcPr>
          <w:p>
            <w:r>
              <w:rPr>
                <w:rFonts w:ascii="Calibri" w:hAnsi="Calibri"/>
                <w:b w:val="0"/>
                <w:i w:val="0"/>
                <w:color w:val="6C757D"/>
                <w:sz w:val="14"/>
              </w:rPr>
              <w:t>Date &amp; time</w:t>
              <w:br/>
              <w:br/>
            </w:r>
          </w:p>
        </w:tc>
      </w:tr>
    </w:tbl>
    <w:p>
      <w:r>
        <w:rPr>
          <w:rFonts w:ascii="Calibri" w:hAnsi="Calibri"/>
          <w:b/>
          <w:i w:val="0"/>
          <w:color w:val="41AFEB"/>
          <w:sz w:val="17"/>
        </w:rPr>
        <w:t>FINAL TOTALS</w:t>
      </w:r>
    </w:p>
    <w:p>
      <w:pPr>
        <w:jc w:val="right"/>
      </w:pPr>
      <w:r>
        <w:rPr>
          <w:rFonts w:ascii="Calibri" w:hAnsi="Calibri"/>
          <w:b/>
          <w:i w:val="0"/>
          <w:sz w:val="18"/>
        </w:rPr>
        <w:t>Original quote (inc. GST):  ____________</w:t>
      </w:r>
    </w:p>
    <w:p>
      <w:pPr>
        <w:jc w:val="right"/>
      </w:pPr>
      <w:r>
        <w:rPr>
          <w:rFonts w:ascii="Calibri" w:hAnsi="Calibri"/>
          <w:b/>
          <w:i w:val="0"/>
          <w:sz w:val="18"/>
        </w:rPr>
        <w:t>Additional work (inc. GST):  ____________</w:t>
      </w:r>
    </w:p>
    <w:p>
      <w:pPr>
        <w:jc w:val="right"/>
      </w:pPr>
      <w:r>
        <w:rPr>
          <w:rFonts w:ascii="Calibri" w:hAnsi="Calibri"/>
          <w:b/>
          <w:i w:val="0"/>
          <w:color w:val="41AFEB"/>
          <w:sz w:val="22"/>
        </w:rPr>
        <w:t>Total inc. GST:  ____________</w:t>
      </w:r>
    </w:p>
    <w:p>
      <w:r>
        <w:rPr>
          <w:rFonts w:ascii="Calibri" w:hAnsi="Calibri"/>
          <w:b/>
          <w:i w:val="0"/>
          <w:color w:val="41AFEB"/>
          <w:sz w:val="17"/>
        </w:rPr>
        <w:t>FINAL AUTHORISATION &amp; RELEASE</w:t>
      </w:r>
    </w:p>
    <w:p>
      <w:r>
        <w:rPr>
          <w:rFonts w:ascii="Calibri" w:hAnsi="Calibri"/>
          <w:b w:val="0"/>
          <w:i w:val="0"/>
          <w:sz w:val="15"/>
        </w:rPr>
        <w:t>I confirm the additional work listed above was approved by me before it was carried out, and I authorise payment of the total inc. GST on completion.</w:t>
      </w:r>
    </w:p>
    <w:tbl>
      <w:tblPr>
        <w:tblStyle w:val="TableGrid"/>
        <w:tblW w:type="auto" w:w="0"/>
        <w:tblLook w:firstColumn="1" w:firstRow="1" w:lastColumn="0" w:lastRow="0" w:noHBand="0" w:noVBand="1" w:val="04A0"/>
      </w:tblPr>
      <w:tblGrid>
        <w:gridCol w:w="3345"/>
        <w:gridCol w:w="3345"/>
        <w:gridCol w:w="3345"/>
      </w:tblGrid>
      <w:tr>
        <w:tc>
          <w:tcPr>
            <w:tcW w:type="dxa" w:w="3345"/>
          </w:tcPr>
          <w:p>
            <w:r>
              <w:rPr>
                <w:rFonts w:ascii="Calibri" w:hAnsi="Calibri"/>
                <w:b w:val="0"/>
                <w:i w:val="0"/>
                <w:color w:val="6C757D"/>
                <w:sz w:val="14"/>
              </w:rPr>
              <w:t>Customer signature</w:t>
              <w:br/>
              <w:br/>
            </w:r>
          </w:p>
        </w:tc>
        <w:tc>
          <w:tcPr>
            <w:tcW w:type="dxa" w:w="3345"/>
          </w:tcPr>
          <w:p>
            <w:r>
              <w:rPr>
                <w:rFonts w:ascii="Calibri" w:hAnsi="Calibri"/>
                <w:b w:val="0"/>
                <w:i w:val="0"/>
                <w:color w:val="6C757D"/>
                <w:sz w:val="14"/>
              </w:rPr>
              <w:t>Date (DD/MM/YYYY)</w:t>
              <w:br/>
              <w:br/>
            </w:r>
          </w:p>
        </w:tc>
        <w:tc>
          <w:tcPr>
            <w:tcW w:type="dxa" w:w="3345"/>
          </w:tcPr>
          <w:p>
            <w:r>
              <w:rPr>
                <w:rFonts w:ascii="Calibri" w:hAnsi="Calibri"/>
                <w:b w:val="0"/>
                <w:i w:val="0"/>
                <w:color w:val="6C757D"/>
                <w:sz w:val="14"/>
              </w:rPr>
              <w:t>Mechanic sign-off</w:t>
              <w:br/>
              <w:br/>
            </w:r>
          </w:p>
        </w:tc>
      </w:tr>
    </w:tbl>
    <w:sectPr w:rsidR="00FC693F" w:rsidRPr="0006063C" w:rsidSect="00034616">
      <w:footerReference w:type="default" r:id="rId9"/>
      <w:pgSz w:w="11906" w:h="16838"/>
      <w:pgMar w:top="792"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color w:val="6C757D"/>
        <w:sz w:val="14"/>
      </w:rPr>
      <w:t>Free template by garageauto.app/au  ·  Manage your job cards digitally  ·  A$54/month, 7 days free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