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Mechanic Invoice</w:t>
      </w:r>
    </w:p>
    <w:p>
      <w:r>
        <w:rPr>
          <w:rFonts w:ascii="Calibri" w:hAnsi="Calibri"/>
          <w:b w:val="0"/>
          <w:i w:val="0"/>
          <w:color w:val="212529"/>
          <w:sz w:val="17"/>
        </w:rPr>
        <w:t>Your Name / Shop  |  Phone  |  Email</w:t>
      </w:r>
    </w:p>
    <w:p>
      <w:r>
        <w:rPr>
          <w:rFonts w:ascii="Calibri" w:hAnsi="Calibri"/>
          <w:b/>
          <w:i w:val="0"/>
          <w:color w:val="41AFEB"/>
          <w:sz w:val="17"/>
        </w:rPr>
        <w:t>INVOICE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Invoice No.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Job location (if mobile)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 or License Plate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PARTS &amp; LABOR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 / Hrs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NOTES / RECOMMENDATIONS FOR NEXT VISIT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Sales tax: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Total: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Amount paid: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Balance Due: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Method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Reference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Warranty: ____ months / ____ miles</w:t>
              <w:br/>
              <w:br/>
            </w:r>
          </w:p>
        </w:tc>
      </w:tr>
    </w:tbl>
    <w:p>
      <w:r>
        <w:rPr>
          <w:rFonts w:ascii="Calibri" w:hAnsi="Calibri"/>
          <w:b w:val="0"/>
          <w:i w:val="0"/>
          <w:sz w:val="15"/>
        </w:rPr>
        <w:t>I received the vehicle and the work described above, and I agree to the total shown. Parts and labor are warranted as noted on this invoice.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Mechanic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Invoice straight from the repair order at garageauto.app  ·  from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