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41AFEB"/>
          <w:sz w:val="40"/>
        </w:rPr>
        <w:t>Repair Quote</w:t>
      </w:r>
    </w:p>
    <w:p>
      <w:r>
        <w:rPr>
          <w:rFonts w:ascii="Calibri" w:hAnsi="Calibri"/>
          <w:b w:val="0"/>
          <w:i w:val="0"/>
          <w:color w:val="212529"/>
          <w:sz w:val="17"/>
        </w:rPr>
        <w:t>Shop Name &amp; Logo  |  Address  |  Phone  |  Email</w:t>
      </w:r>
    </w:p>
    <w:p>
      <w:r>
        <w:rPr>
          <w:rFonts w:ascii="Calibri" w:hAnsi="Calibri"/>
          <w:b/>
          <w:i w:val="0"/>
          <w:color w:val="41AFEB"/>
          <w:sz w:val="17"/>
        </w:rPr>
        <w:t>QUOTE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Quote #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Valid until</w:t>
              <w:br/>
              <w:br/>
            </w:r>
          </w:p>
        </w:tc>
        <w:tc>
          <w:tcPr>
            <w:tcW w:type="dxa" w:w="2592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Prepared by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CUSTOMER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Name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Phone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Email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VEHICLE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Year / Make / Model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VIN or License Plate</w:t>
              <w:br/>
              <w:br/>
            </w:r>
          </w:p>
        </w:tc>
        <w:tc>
          <w:tcPr>
            <w:tcW w:type="dxa" w:w="3456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Mileage</w:t>
              <w:br/>
              <w:br/>
            </w:r>
          </w:p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WHAT THE CUSTOMER ASKED FOR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/>
          <w:i w:val="0"/>
          <w:color w:val="41AFEB"/>
          <w:sz w:val="17"/>
        </w:rPr>
        <w:t>QUOTED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Service / Part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Qty / Hrs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592"/>
            <w:shd w:val="clear" w:color="auto" w:fill="41AFEB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  <w:tr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  <w:tc>
          <w:tcPr>
            <w:tcW w:type="dxa" w:w="2592"/>
            <w:shd w:val="clear" w:color="auto" w:fill="ECF6FC"/>
          </w:tcPr>
          <w:p/>
        </w:tc>
      </w:tr>
      <w:tr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  <w:tc>
          <w:tcPr>
            <w:tcW w:type="dxa" w:w="2592"/>
          </w:tcPr>
          <w:p/>
        </w:tc>
      </w:tr>
    </w:tbl>
    <w:p>
      <w:pPr>
        <w:jc w:val="right"/>
      </w:pPr>
      <w:r>
        <w:rPr>
          <w:rFonts w:ascii="Calibri" w:hAnsi="Calibri"/>
          <w:b/>
          <w:i w:val="0"/>
          <w:sz w:val="18"/>
        </w:rPr>
        <w:t>Parts: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Labor: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Shop supplies:  ____________</w:t>
      </w:r>
    </w:p>
    <w:p>
      <w:pPr>
        <w:jc w:val="right"/>
      </w:pPr>
      <w:r>
        <w:rPr>
          <w:rFonts w:ascii="Calibri" w:hAnsi="Calibri"/>
          <w:b/>
          <w:i w:val="0"/>
          <w:sz w:val="18"/>
        </w:rPr>
        <w:t>Tax:  ____________</w:t>
      </w:r>
    </w:p>
    <w:p>
      <w:pPr>
        <w:jc w:val="right"/>
      </w:pPr>
      <w:r>
        <w:rPr>
          <w:rFonts w:ascii="Calibri" w:hAnsi="Calibri"/>
          <w:b/>
          <w:i w:val="0"/>
          <w:color w:val="41AFEB"/>
          <w:sz w:val="22"/>
        </w:rPr>
        <w:t>Quote Total:  ____________</w:t>
      </w:r>
    </w:p>
    <w:p>
      <w:r>
        <w:rPr>
          <w:rFonts w:ascii="Calibri" w:hAnsi="Calibri"/>
          <w:b/>
          <w:i w:val="0"/>
          <w:color w:val="41AFEB"/>
          <w:sz w:val="17"/>
        </w:rPr>
        <w:t>NOTES / OPTIONS OFFERED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68"/>
      </w:tblGrid>
      <w:tr>
        <w:trPr>
          <w:trHeight w:val="397"/>
        </w:trPr>
        <w:tc>
          <w:tcPr>
            <w:tcW w:type="dxa" w:w="10368"/>
          </w:tcPr>
          <w:p/>
        </w:tc>
      </w:tr>
      <w:tr>
        <w:trPr>
          <w:trHeight w:val="397"/>
        </w:trPr>
        <w:tc>
          <w:tcPr>
            <w:tcW w:type="dxa" w:w="10368"/>
          </w:tcPr>
          <w:p/>
        </w:tc>
      </w:tr>
    </w:tbl>
    <w:p>
      <w:r>
        <w:rPr>
          <w:rFonts w:ascii="Calibri" w:hAnsi="Calibri"/>
          <w:b w:val="0"/>
          <w:i w:val="0"/>
          <w:sz w:val="15"/>
        </w:rPr>
        <w:t>This quote is an estimate of the work described, not a final invoice. Additional work found during the repair will be quoted separately and requires your approval before it is performed.</w:t>
      </w:r>
    </w:p>
    <w:p>
      <w:r>
        <w:rPr>
          <w:rFonts w:ascii="Calibri" w:hAnsi="Calibri"/>
          <w:b/>
          <w:i w:val="0"/>
          <w:color w:val="41AFEB"/>
          <w:sz w:val="17"/>
        </w:rPr>
        <w:t>APPROVAL</w:t>
      </w:r>
    </w:p>
    <w:p>
      <w:r>
        <w:rPr>
          <w:rFonts w:ascii="Calibri" w:hAnsi="Calibri"/>
          <w:b w:val="0"/>
          <w:i w:val="0"/>
          <w:sz w:val="15"/>
        </w:rPr>
        <w:t>Approved to proceed as quoted: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Customer Signature</w:t>
              <w:br/>
              <w:br/>
            </w:r>
          </w:p>
        </w:tc>
        <w:tc>
          <w:tcPr>
            <w:tcW w:type="dxa" w:w="5184"/>
          </w:tcPr>
          <w:p>
            <w:r>
              <w:rPr>
                <w:rFonts w:ascii="Calibri" w:hAnsi="Calibri"/>
                <w:b w:val="0"/>
                <w:i w:val="0"/>
                <w:color w:val="6C757D"/>
                <w:sz w:val="14"/>
              </w:rPr>
              <w:t>Date</w:t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by garageauto.app  ·  Manage your repair orders digitally at garageauto.app  ·  $39/mo, free trial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