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Repair Order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  |  Website  —  with additional-work authorization</w:t>
      </w:r>
    </w:p>
    <w:p>
      <w:r>
        <w:rPr>
          <w:rFonts w:ascii="Calibri" w:hAnsi="Calibri"/>
          <w:b/>
          <w:i w:val="0"/>
          <w:color w:val="41AFEB"/>
          <w:sz w:val="17"/>
        </w:rPr>
        <w:t>REPAIR ORDER INFO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RO Number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Promised Date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Service Advisor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Address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Preferred contact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Best time to reach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License Plate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In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 CONCERN / COMPLAINT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ORIGINAL ESTIMATE (AUTHORIZED AT DROP-OFF)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/ Part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 / Hrs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Original estimate total  $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</w:t>
              <w:br/>
              <w:br/>
            </w:r>
          </w:p>
        </w:tc>
      </w:tr>
    </w:tbl>
    <w:p>
      <w:r>
        <w:br w:type="page"/>
      </w:r>
    </w:p>
    <w:p>
      <w:r>
        <w:rPr>
          <w:rFonts w:ascii="Calibri" w:hAnsi="Calibri"/>
          <w:b/>
          <w:i w:val="0"/>
          <w:color w:val="41AFEB"/>
          <w:sz w:val="17"/>
        </w:rPr>
        <w:t>ADDITIONAL WORK FOUND DURING REPAIR</w:t>
      </w:r>
    </w:p>
    <w:p>
      <w:r>
        <w:rPr>
          <w:rFonts w:ascii="Calibri" w:hAnsi="Calibri"/>
          <w:b w:val="0"/>
          <w:i w:val="0"/>
          <w:sz w:val="15"/>
        </w:rPr>
        <w:t>Work not on the original estimate requires the customer's approval BEFORE it is performed. Record what was found, the added cost, and how and when the customer approved it.</w:t>
      </w:r>
    </w:p>
    <w:p>
      <w:r>
        <w:rPr>
          <w:rFonts w:ascii="Calibri" w:hAnsi="Calibri"/>
          <w:b/>
          <w:i w:val="0"/>
          <w:color w:val="41AFEB"/>
          <w:sz w:val="17"/>
        </w:rPr>
        <w:t>ADDITIONAL ITEM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Added cost  $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New total  $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Approved by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Method: phone / text / email / in person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&amp; time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ADDITIONAL ITEM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Added cost  $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New total  $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Approved by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Method: phone / text / email / in person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&amp; time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ADDITIONAL ITEM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Added cost  $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New total  $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Approved by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Method: phone / text / email / in person</w:t>
              <w:br/>
              <w:br/>
            </w:r>
          </w:p>
        </w:tc>
        <w:tc>
          <w:tcPr>
            <w:tcW w:type="dxa" w:w="207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&amp; time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FINAL TOTALS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Original estimate: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Additional work: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Labor 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Parts 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Tax: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Grand Total: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FINAL AUTHORIZATION &amp; RELEASE</w:t>
      </w:r>
    </w:p>
    <w:p>
      <w:r>
        <w:rPr>
          <w:rFonts w:ascii="Calibri" w:hAnsi="Calibri"/>
          <w:b w:val="0"/>
          <w:i w:val="0"/>
          <w:sz w:val="15"/>
        </w:rPr>
        <w:t>I confirm that all additional work listed above was approved by me before it was performed, and I authorize payment of the grand total upon completion.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Technician sign-off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Out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Out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